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Pokwitowanie rozliczeniowe</w:t>
      </w:r>
    </w:p>
    <w:p/>
    <w:p>
      <w:r>
        <w:t>Nazwisko **Bazylewicz** Imię **Agnieszka** ur. **6.7.88**</w:t>
      </w:r>
    </w:p>
    <w:p>
      <w:r>
        <w:t>zatrudniona od **15.10.11** do **15.1.2012**</w:t>
      </w:r>
    </w:p>
    <w:p/>
    <w:p>
      <w:r>
        <w:t>Stosunek pracy zakończył się **15.1.2012**.</w:t>
      </w:r>
    </w:p>
    <w:p/>
    <w:p>
      <w:r>
        <w:t>Z okazji zakończenia mojego stosunku pracy zostały mi wydane następujące dokumenty pracownicze:</w:t>
      </w:r>
    </w:p>
    <w:p/>
    <w:p>
      <w:r>
        <w:t>1. a.) Wydruk protokołu zaświadczenia o podatku od wynagrodzenia od **1.1.12** do **15.1.12** (przesłany elektronicznie do urzędu skarbowego właściwego dla miejsca zamieszkania)</w:t>
      </w:r>
    </w:p>
    <w:p>
      <w:r>
        <w:t>b.) Karta podatkowa zwrócona (tak/nie) **Ustawa o podatku od wynagrodzeń 2011 (Oryginał)**</w:t>
      </w:r>
    </w:p>
    <w:p>
      <w:r>
        <w:t>c.) 2 % zryczałtowanego podatku przez pracodawcę (Minijob)</w:t>
      </w:r>
    </w:p>
    <w:p/>
    <w:p>
      <w:r>
        <w:t>2. Świadectwo / Zaświadczenie o pracy</w:t>
      </w:r>
    </w:p>
    <w:p>
      <w:r>
        <w:t>3. Zaświadczenie o urlopie</w:t>
      </w:r>
    </w:p>
    <w:p>
      <w:r>
        <w:t>4. Dowód ubezpieczenia społecznego</w:t>
      </w:r>
    </w:p>
    <w:p>
      <w:r>
        <w:t>5. Zaświadczenie o wynagrodzeniu z ubezpieczenia społecznego</w:t>
      </w:r>
    </w:p>
    <w:p>
      <w:r>
        <w:t>a) podlegające obowiązkowemu ubezpieczeniu społecznemu od **1.1.12** do **15.1.2012** (Wyrejestrowanie 15.10.11 - 31.12.11 Dalsze ubezpieczenie)</w:t>
      </w:r>
    </w:p>
    <w:p>
      <w:r>
        <w:t>b) wynagradzane w niewielkim wymiarze od ............ do ...........</w:t>
      </w:r>
    </w:p>
    <w:p>
      <w:r>
        <w:t>c) zatrudniona krótkoterminowo od ............ do ...........</w:t>
      </w:r>
    </w:p>
    <w:p/>
    <w:p>
      <w:r>
        <w:t>6. Rozliczenie płacowe / wynagrodzenia do **15.1.2012**</w:t>
      </w:r>
    </w:p>
    <w:p>
      <w:r>
        <w:t>7. Zaświadczenie o pracy dla zasiłku dla bezrobotnych I (Urząd Pracy)</w:t>
      </w:r>
    </w:p>
    <w:p>
      <w:r>
        <w:t>8. Zaświadczenie pracownika budownictwa / Potwierdzenie urlopu</w:t>
      </w:r>
    </w:p>
    <w:p>
      <w:r>
        <w:t>9. Inne: ...................................................................................</w:t>
      </w:r>
    </w:p>
    <w:p/>
    <w:p>
      <w:r>
        <w:t>Niniejszym wyraźnie potwierdzam, że z tytułu stosunku pracy i jego zakończenia nie przysługują mi żadne dalsze roszczenia.</w:t>
      </w:r>
    </w:p>
    <w:p>
      <w:r>
        <w:t>Dostarczone mi mienie firmowe (np. narzędzia, dokumenty) zwróciłem w całości.</w:t>
      </w:r>
    </w:p>
    <w:p>
      <w:r>
        <w:t>Nie zachowałem żadnych kopii ani powieleń przekazanych mi dokumentów.</w:t>
      </w:r>
    </w:p>
    <w:p>
      <w:r>
        <w:t>Niniejsze oświadczenie przeczytałem i zrozumiałem z należytą starannością, względnie zostało mi przetłumaczone na mój język ojczysty.</w:t>
      </w:r>
    </w:p>
    <w:p/>
    <w:p>
      <w:r>
        <w:t>Otrzymałem kopię.</w:t>
      </w:r>
    </w:p>
    <w:p>
      <w:r>
        <w:t>**Mergentheim 25.1.12**</w:t>
      </w:r>
    </w:p>
    <w:p>
      <w:r>
        <w:t>Miejscowość, Data</w:t>
      </w:r>
    </w:p>
    <w:p/>
    <w:p>
      <w:r>
        <w:t>Podpis + pieczęć pracodawcy:</w:t>
      </w:r>
    </w:p>
    <w:p>
      <w:r>
        <w:t>**Gasthaus Kippes**</w:t>
      </w:r>
    </w:p>
    <w:p>
      <w:r>
        <w:t>Właściciel Paul Dezonsk</w:t>
      </w:r>
    </w:p>
    <w:p>
      <w:r>
        <w:t>Erlenbachweg 14</w:t>
      </w:r>
    </w:p>
    <w:p>
      <w:r>
        <w:t>**97980 Bad Mergentheim**</w:t>
      </w:r>
    </w:p>
    <w:p>
      <w:r>
        <w:t>Telefon 0 79 31 / 72 14</w:t>
      </w:r>
    </w:p>
    <w:p>
      <w:r>
        <w:t>Faks 0 79 31 / 56 25 82</w:t>
      </w:r>
    </w:p>
    <w:p/>
    <w:p>
      <w:r>
        <w:t>Podpis pracownika: **Bazylewicz**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